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DF" w:rsidRPr="00A5497F" w:rsidRDefault="000E41F8">
      <w:pPr>
        <w:jc w:val="center"/>
        <w:rPr>
          <w:rFonts w:hint="eastAsia"/>
          <w:sz w:val="24"/>
          <w:szCs w:val="28"/>
        </w:rPr>
      </w:pPr>
      <w:r w:rsidRPr="00A5497F">
        <w:rPr>
          <w:b/>
          <w:sz w:val="34"/>
          <w:szCs w:val="28"/>
        </w:rPr>
        <w:t>BULK ORDER REQUEST FORM</w:t>
      </w:r>
    </w:p>
    <w:p w:rsidR="00AC7BDF" w:rsidRPr="00A5497F" w:rsidRDefault="000E41F8">
      <w:pPr>
        <w:jc w:val="center"/>
        <w:rPr>
          <w:rFonts w:hint="eastAsia"/>
          <w:sz w:val="24"/>
          <w:szCs w:val="24"/>
        </w:rPr>
      </w:pPr>
      <w:r w:rsidRPr="00A5497F">
        <w:rPr>
          <w:sz w:val="24"/>
          <w:szCs w:val="24"/>
        </w:rPr>
        <w:t>Please provide as much detail as possible so we can prepare an accurate bulk-order quotation.</w:t>
      </w:r>
    </w:p>
    <w:p w:rsidR="00AC7BDF" w:rsidRPr="008E427C" w:rsidRDefault="000E41F8">
      <w:pPr>
        <w:spacing w:before="140" w:after="80"/>
        <w:rPr>
          <w:rFonts w:ascii="Arial Black" w:hAnsi="Arial Black"/>
        </w:rPr>
      </w:pPr>
      <w:r w:rsidRPr="008E427C">
        <w:rPr>
          <w:rFonts w:ascii="Arial Black" w:hAnsi="Arial Black"/>
          <w:b/>
          <w:sz w:val="24"/>
        </w:rPr>
        <w:t>1. Request Reference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Request Date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Preferred Response Date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</w:tbl>
    <w:p w:rsidR="00AC7BDF" w:rsidRDefault="00AC7BDF">
      <w:pPr>
        <w:spacing w:after="20"/>
        <w:rPr>
          <w:rFonts w:hint="eastAsia"/>
        </w:rPr>
      </w:pPr>
    </w:p>
    <w:p w:rsidR="00AC7BDF" w:rsidRPr="008E427C" w:rsidRDefault="000E41F8">
      <w:pPr>
        <w:spacing w:before="140" w:after="80"/>
        <w:rPr>
          <w:rFonts w:ascii="Arial Black" w:hAnsi="Arial Black"/>
        </w:rPr>
      </w:pPr>
      <w:r w:rsidRPr="008E427C">
        <w:rPr>
          <w:rFonts w:ascii="Arial Black" w:hAnsi="Arial Black"/>
          <w:b/>
          <w:sz w:val="24"/>
        </w:rPr>
        <w:t>2. Customer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Full Name / Contact Person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Company / Business Name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Email Address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Phone / WhatsApp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Country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Shipping City / Address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</w:tbl>
    <w:p w:rsidR="00AC7BDF" w:rsidRDefault="00AC7BDF">
      <w:pPr>
        <w:spacing w:after="20"/>
        <w:rPr>
          <w:rFonts w:hint="eastAsia"/>
        </w:rPr>
      </w:pPr>
    </w:p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t>3. Order Requirements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Product Name(s)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Estimated Total Quantity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Target Price / Budget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</w:tbl>
    <w:p w:rsidR="00092BF0" w:rsidRDefault="00092BF0">
      <w:pPr>
        <w:spacing w:before="140" w:after="80"/>
        <w:rPr>
          <w:rFonts w:ascii="Arial Black" w:hAnsi="Arial Black"/>
          <w:b/>
          <w:sz w:val="24"/>
        </w:rPr>
      </w:pPr>
    </w:p>
    <w:p w:rsidR="00092BF0" w:rsidRDefault="00092BF0">
      <w:pPr>
        <w:spacing w:before="140" w:after="80"/>
        <w:rPr>
          <w:rFonts w:ascii="Arial Black" w:hAnsi="Arial Black"/>
          <w:b/>
          <w:sz w:val="24"/>
        </w:rPr>
      </w:pPr>
    </w:p>
    <w:p w:rsidR="00092BF0" w:rsidRDefault="00092BF0">
      <w:pPr>
        <w:spacing w:before="140" w:after="80"/>
        <w:rPr>
          <w:rFonts w:ascii="Arial Black" w:hAnsi="Arial Black"/>
          <w:b/>
          <w:sz w:val="24"/>
        </w:rPr>
      </w:pPr>
    </w:p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lastRenderedPageBreak/>
        <w:t>4. Product Details</w:t>
      </w:r>
    </w:p>
    <w:p w:rsidR="00AC7BDF" w:rsidRPr="00184611" w:rsidRDefault="000E41F8">
      <w:pPr>
        <w:rPr>
          <w:rFonts w:hint="eastAsia"/>
          <w:sz w:val="24"/>
          <w:szCs w:val="24"/>
        </w:rPr>
      </w:pPr>
      <w:r w:rsidRPr="00184611">
        <w:rPr>
          <w:sz w:val="24"/>
          <w:szCs w:val="24"/>
        </w:rPr>
        <w:t>Use one row for each product. Add another page if you need more space.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1224"/>
        <w:gridCol w:w="1512"/>
        <w:gridCol w:w="1512"/>
        <w:gridCol w:w="2664"/>
      </w:tblGrid>
      <w:tr w:rsidR="00AC7BDF" w:rsidTr="00AC49FD">
        <w:trPr>
          <w:trHeight w:val="648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2F2F2" w:themeFill="background1" w:themeFillShade="F2"/>
          </w:tcPr>
          <w:p w:rsidR="00AC7BDF" w:rsidRPr="00AC49FD" w:rsidRDefault="000E41F8">
            <w:pPr>
              <w:spacing w:after="0"/>
              <w:rPr>
                <w:rFonts w:hint="eastAsia"/>
              </w:rPr>
            </w:pPr>
            <w:r w:rsidRPr="00AC49FD">
              <w:rPr>
                <w:b/>
                <w:sz w:val="16"/>
              </w:rPr>
              <w:t>Product / SKU</w:t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2F2F2" w:themeFill="background1" w:themeFillShade="F2"/>
          </w:tcPr>
          <w:p w:rsidR="00AC7BDF" w:rsidRPr="00AC49FD" w:rsidRDefault="000E41F8">
            <w:pPr>
              <w:spacing w:after="0"/>
              <w:rPr>
                <w:rFonts w:hint="eastAsia"/>
              </w:rPr>
            </w:pPr>
            <w:r w:rsidRPr="00AC49FD">
              <w:rPr>
                <w:b/>
                <w:sz w:val="16"/>
              </w:rPr>
              <w:t>Quantity</w:t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2F2F2" w:themeFill="background1" w:themeFillShade="F2"/>
          </w:tcPr>
          <w:p w:rsidR="00AC7BDF" w:rsidRPr="00AC49FD" w:rsidRDefault="000E41F8">
            <w:pPr>
              <w:spacing w:after="0"/>
              <w:rPr>
                <w:rFonts w:hint="eastAsia"/>
              </w:rPr>
            </w:pPr>
            <w:r w:rsidRPr="00AC49FD">
              <w:rPr>
                <w:b/>
                <w:sz w:val="16"/>
              </w:rPr>
              <w:t>Sizes</w:t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2F2F2" w:themeFill="background1" w:themeFillShade="F2"/>
          </w:tcPr>
          <w:p w:rsidR="00AC7BDF" w:rsidRPr="00AC49FD" w:rsidRDefault="000E41F8">
            <w:pPr>
              <w:spacing w:after="0"/>
              <w:rPr>
                <w:rFonts w:hint="eastAsia"/>
              </w:rPr>
            </w:pPr>
            <w:r w:rsidRPr="00AC49FD">
              <w:rPr>
                <w:b/>
                <w:sz w:val="16"/>
              </w:rPr>
              <w:t>Colors</w:t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2F2F2" w:themeFill="background1" w:themeFillShade="F2"/>
          </w:tcPr>
          <w:p w:rsidR="00AC7BDF" w:rsidRPr="00AC49FD" w:rsidRDefault="000E41F8">
            <w:pPr>
              <w:spacing w:after="0"/>
              <w:rPr>
                <w:rFonts w:hint="eastAsia"/>
              </w:rPr>
            </w:pPr>
            <w:r w:rsidRPr="00AC49FD">
              <w:rPr>
                <w:b/>
                <w:sz w:val="16"/>
              </w:rPr>
              <w:t>Special Notes</w:t>
            </w:r>
          </w:p>
        </w:tc>
      </w:tr>
      <w:tr w:rsidR="00AC7BDF" w:rsidTr="00AC49FD">
        <w:trPr>
          <w:trHeight w:val="980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</w:tr>
      <w:tr w:rsidR="00AC7BDF">
        <w:trPr>
          <w:trHeight w:val="892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</w:tr>
      <w:tr w:rsidR="00AC7BDF">
        <w:trPr>
          <w:trHeight w:val="892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</w:tr>
      <w:tr w:rsidR="00AC7BDF">
        <w:trPr>
          <w:trHeight w:val="892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</w:tr>
      <w:tr w:rsidR="00AC7BDF">
        <w:trPr>
          <w:trHeight w:val="892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</w:tr>
      <w:tr w:rsidR="00AC7BDF">
        <w:trPr>
          <w:trHeight w:val="892"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  <w:tc>
          <w:tcPr>
            <w:tcW w:w="26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br/>
            </w:r>
          </w:p>
        </w:tc>
      </w:tr>
    </w:tbl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t>5. Preferred Printing / Decoration Technique</w:t>
      </w:r>
    </w:p>
    <w:p w:rsidR="00AC7BDF" w:rsidRPr="00184611" w:rsidRDefault="000E41F8" w:rsidP="00092BF0">
      <w:pPr>
        <w:rPr>
          <w:rFonts w:hint="eastAsia"/>
          <w:sz w:val="24"/>
          <w:szCs w:val="24"/>
        </w:rPr>
      </w:pPr>
      <w:r w:rsidRPr="00184611">
        <w:rPr>
          <w:sz w:val="24"/>
          <w:szCs w:val="24"/>
        </w:rPr>
        <w:t xml:space="preserve">Select your preferred technique. If unsure, choose “Please Recommend” </w:t>
      </w:r>
      <w:proofErr w:type="spellStart"/>
      <w:r w:rsidR="00092BF0">
        <w:rPr>
          <w:sz w:val="24"/>
          <w:szCs w:val="24"/>
        </w:rPr>
        <w:t>DGBoom</w:t>
      </w:r>
      <w:proofErr w:type="spellEnd"/>
      <w:r w:rsidR="00092BF0">
        <w:rPr>
          <w:sz w:val="24"/>
          <w:szCs w:val="24"/>
        </w:rPr>
        <w:t xml:space="preserve"> will suggest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5"/>
        <w:gridCol w:w="3384"/>
        <w:gridCol w:w="5803"/>
      </w:tblGrid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 w:rsidP="00184611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Embroidery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Thread-based stitching for logos and premium apparel.</w:t>
            </w:r>
          </w:p>
        </w:tc>
      </w:tr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DTFlex / Direct-to-Film (DTFlex)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Film-based transfer method for detailed designs.</w:t>
            </w:r>
          </w:p>
        </w:tc>
      </w:tr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Direct-to-Film (DTF) Printing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Transfer printing for detailed, colorful artwork.</w:t>
            </w:r>
          </w:p>
        </w:tc>
      </w:tr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bookmarkStart w:id="0" w:name="_GoBack" w:colFirst="0" w:colLast="0"/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Direct-to-Garment (DTG)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Ink printed directly onto suitable garments.</w:t>
            </w:r>
          </w:p>
        </w:tc>
      </w:tr>
      <w:bookmarkEnd w:id="0"/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All-Over Synthetic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All-over printing for suitable synthetic garments.</w:t>
            </w:r>
          </w:p>
        </w:tc>
      </w:tr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All-Over Print (Cut &amp; Sew)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Full-coverage designs using cut-and-sew construction.</w:t>
            </w:r>
          </w:p>
        </w:tc>
      </w:tr>
      <w:tr w:rsidR="00155521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155521" w:rsidRPr="00092BF0" w:rsidRDefault="00155521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155521" w:rsidRPr="00092BF0" w:rsidRDefault="00155521">
            <w:pPr>
              <w:spacing w:after="0"/>
              <w:rPr>
                <w:rFonts w:hint="eastAsia"/>
                <w:b/>
                <w:szCs w:val="20"/>
              </w:rPr>
            </w:pPr>
            <w:proofErr w:type="spellStart"/>
            <w:r w:rsidRPr="00092BF0">
              <w:rPr>
                <w:b/>
                <w:szCs w:val="20"/>
              </w:rPr>
              <w:t>Sublimaton</w:t>
            </w:r>
            <w:proofErr w:type="spellEnd"/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155521" w:rsidRPr="00092BF0" w:rsidRDefault="00092BF0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Vibrant, full-color printing for smooth, long-lasting designs.</w:t>
            </w:r>
          </w:p>
        </w:tc>
      </w:tr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Screen Printing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Traditional screen-based printing for suitable bulk orders.</w:t>
            </w:r>
          </w:p>
        </w:tc>
      </w:tr>
      <w:tr w:rsidR="00AC7BDF" w:rsidRPr="00092BF0">
        <w:trPr>
          <w:trHeight w:val="547"/>
          <w:jc w:val="center"/>
        </w:trPr>
        <w:tc>
          <w:tcPr>
            <w:tcW w:w="605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☐</w:t>
            </w:r>
          </w:p>
        </w:tc>
        <w:tc>
          <w:tcPr>
            <w:tcW w:w="338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b/>
                <w:szCs w:val="20"/>
              </w:rPr>
              <w:t>Please Recommend</w:t>
            </w:r>
          </w:p>
        </w:tc>
        <w:tc>
          <w:tcPr>
            <w:tcW w:w="58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:rsidR="00AC7BDF" w:rsidRPr="00092BF0" w:rsidRDefault="000E41F8">
            <w:pPr>
              <w:spacing w:after="0"/>
              <w:rPr>
                <w:rFonts w:hint="eastAsia"/>
                <w:szCs w:val="20"/>
              </w:rPr>
            </w:pPr>
            <w:r w:rsidRPr="00092BF0">
              <w:rPr>
                <w:szCs w:val="20"/>
              </w:rPr>
              <w:t>DGboom recommends the best technique for this order.</w:t>
            </w:r>
          </w:p>
        </w:tc>
      </w:tr>
    </w:tbl>
    <w:p w:rsidR="004D7C27" w:rsidRDefault="004D7C27">
      <w:pPr>
        <w:spacing w:before="140" w:after="80"/>
        <w:rPr>
          <w:rFonts w:hint="eastAsia"/>
          <w:b/>
          <w:sz w:val="24"/>
        </w:rPr>
      </w:pPr>
    </w:p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lastRenderedPageBreak/>
        <w:t>6. Artwork &amp; Customization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Artwork / Design Available?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Printing Location / Placement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Artwork File Format / Details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Special Packaging / Labeling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</w:tbl>
    <w:p w:rsidR="00AC7BDF" w:rsidRDefault="00AC7BDF">
      <w:pPr>
        <w:spacing w:after="20"/>
        <w:rPr>
          <w:rFonts w:hint="eastAsia"/>
        </w:rPr>
      </w:pPr>
    </w:p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t>7. Shipping &amp; Delivery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Shipping Destination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Required Delivery Date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Preferred Shipping Method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1051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Special Delivery Requirements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</w:tbl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t>8. Additional Requirements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2044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Additional Notes / Instructions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  <w:p w:rsidR="00A5497F" w:rsidRDefault="00A5497F">
            <w:pPr>
              <w:spacing w:after="0"/>
              <w:rPr>
                <w:rFonts w:hint="eastAsia"/>
              </w:rPr>
            </w:pPr>
          </w:p>
        </w:tc>
      </w:tr>
    </w:tbl>
    <w:p w:rsidR="00AC7BDF" w:rsidRDefault="00AC7BDF">
      <w:pPr>
        <w:spacing w:after="20"/>
        <w:rPr>
          <w:rFonts w:hint="eastAsia"/>
        </w:rPr>
      </w:pPr>
    </w:p>
    <w:p w:rsidR="00AC7BDF" w:rsidRPr="009A3AEB" w:rsidRDefault="000E41F8">
      <w:pPr>
        <w:spacing w:before="140" w:after="80"/>
        <w:rPr>
          <w:rFonts w:ascii="Arial Black" w:hAnsi="Arial Black"/>
        </w:rPr>
      </w:pPr>
      <w:r w:rsidRPr="009A3AEB">
        <w:rPr>
          <w:rFonts w:ascii="Arial Black" w:hAnsi="Arial Black"/>
          <w:b/>
          <w:sz w:val="24"/>
        </w:rPr>
        <w:t>9. Customer Confirmation</w:t>
      </w:r>
    </w:p>
    <w:p w:rsidR="00AC7BDF" w:rsidRDefault="000E41F8">
      <w:pPr>
        <w:rPr>
          <w:rFonts w:hint="eastAsia"/>
        </w:rPr>
      </w:pPr>
      <w:r>
        <w:rPr>
          <w:sz w:val="17"/>
        </w:rPr>
        <w:t>I confirm that the information provided is accurate to the best of my knowledge. I understand that this form is a request for quotation and does not constitute a confirmed order. DGboom will review product availability, production/fulfillment requirements, shipping, and other details before issuing a final quotation.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128"/>
      </w:tblGrid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Customer Name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Signature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  <w:tr w:rsidR="00AC7BDF">
        <w:trPr>
          <w:trHeight w:val="720"/>
          <w:jc w:val="center"/>
        </w:trPr>
        <w:tc>
          <w:tcPr>
            <w:tcW w:w="324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0E41F8">
            <w:pPr>
              <w:spacing w:after="0"/>
              <w:rPr>
                <w:rFonts w:hint="eastAsia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7128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:rsidR="00AC7BDF" w:rsidRDefault="00AC7BDF">
            <w:pPr>
              <w:spacing w:after="0"/>
              <w:rPr>
                <w:rFonts w:hint="eastAsia"/>
              </w:rPr>
            </w:pPr>
          </w:p>
        </w:tc>
      </w:tr>
    </w:tbl>
    <w:p w:rsidR="00AC7BDF" w:rsidRDefault="00AC7BDF">
      <w:pPr>
        <w:spacing w:after="20"/>
        <w:rPr>
          <w:rFonts w:hint="eastAsia"/>
        </w:rPr>
      </w:pPr>
    </w:p>
    <w:p w:rsidR="00AC7BDF" w:rsidRPr="00DA3370" w:rsidRDefault="007A7949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Note: </w:t>
      </w:r>
      <w:r w:rsidR="000E41F8" w:rsidRPr="00DA3370">
        <w:rPr>
          <w:rFonts w:ascii="Arial Black" w:hAnsi="Arial Black"/>
          <w:sz w:val="28"/>
          <w:szCs w:val="28"/>
        </w:rPr>
        <w:t>Please return the completed form with product links and artwork files where applicable.</w:t>
      </w:r>
    </w:p>
    <w:sectPr w:rsidR="00AC7BDF" w:rsidRPr="00DA3370" w:rsidSect="00034616"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46" w:rsidRDefault="00197546" w:rsidP="00A5497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97546" w:rsidRDefault="00197546" w:rsidP="00A5497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97F" w:rsidRDefault="00A5497F">
    <w:pPr>
      <w:pStyle w:val="Footer"/>
      <w:rPr>
        <w:rFonts w:hint="eastAsi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editId="52A81535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5715" b="0"/>
              <wp:wrapTopAndBottom/>
              <wp:docPr id="265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A5497F" w:rsidRDefault="00A5497F" w:rsidP="00A5497F">
                                <w:pPr>
                                  <w:pStyle w:val="Footer"/>
                                  <w:jc w:val="right"/>
                                  <w:rPr>
                                    <w:rFonts w:hint="eastAsia"/>
                                    <w:color w:val="FFFFFF" w:themeColor="background1"/>
                                    <w:spacing w:val="60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dgboom.com</w:t>
                                </w:r>
                              </w:p>
                            </w:sdtContent>
                          </w:sdt>
                          <w:p w:rsidR="00A5497F" w:rsidRDefault="00A5497F">
                            <w:pPr>
                              <w:pStyle w:val="Header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497F" w:rsidRDefault="00A5497F">
                            <w:pPr>
                              <w:pStyle w:val="Footer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92BF0" w:rsidRPr="00092BF0">
                              <w:rPr>
                                <w:rFonts w:hint="eastAsia"/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6" o:spid="_x0000_s1026" style="position:absolute;margin-left:0;margin-top:0;width:580.05pt;height:27.35pt;z-index:251659264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">
              <v:rect id="Rectangle 157" o:spid="_x0000_s1027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64KMcA&#10;AADcAAAADwAAAGRycy9kb3ducmV2LnhtbESPQWvCQBSE7wX/w/KE3uqmHoJEVymhgmipNe2hvT2y&#10;z2xo9m3Irknqr3cLhR6HmfmGWW1G24ieOl87VvA4S0AQl07XXCn4eN8+LED4gKyxcUwKfsjDZj25&#10;W2Gm3cAn6otQiQhhn6ECE0KbSelLQxb9zLXE0Tu7zmKIsquk7nCIcNvIeZKk0mLNccFgS7mh8ru4&#10;WAWf++L18GZe+iHPvy7P1+ZYyPKs1P10fFqCCDSG//Bfe6cVzNMUfs/EI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+uCjHAAAA3AAAAA8AAAAAAAAAAAAAAAAAmAIAAGRy&#10;cy9kb3ducmV2LnhtbFBLBQYAAAAABAAEAPUAAACMAwAAAAA=&#10;" fillcolor="#943634 [2405]" stroked="f" strokecolor="#943634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A5497F" w:rsidRDefault="00A5497F" w:rsidP="00A5497F">
                          <w:pPr>
                            <w:pStyle w:val="Footer"/>
                            <w:jc w:val="right"/>
                            <w:rPr>
                              <w:rFonts w:hint="eastAsia"/>
                              <w:color w:val="FFFFFF" w:themeColor="background1"/>
                              <w:spacing w:val="60"/>
                            </w:rPr>
                          </w:pPr>
                          <w:r>
                            <w:rPr>
                              <w:color w:val="FFFFFF" w:themeColor="background1"/>
                              <w:spacing w:val="60"/>
                            </w:rPr>
                            <w:t>dgboom.com</w:t>
                          </w:r>
                        </w:p>
                      </w:sdtContent>
                    </w:sdt>
                    <w:p w:rsidR="00A5497F" w:rsidRDefault="00A5497F">
                      <w:pPr>
                        <w:pStyle w:val="Header"/>
                        <w:rPr>
                          <w:rFonts w:hint="eastAsia"/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58" o:spid="_x0000_s1028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y8cMA&#10;AADcAAAADwAAAGRycy9kb3ducmV2LnhtbESPwWrDMBBE74H+g9hAb7GcQN3iWglJwNBbaWrIdbE2&#10;trG1MpJqO/36qlDocZiZN0xxWMwgJnK+s6xgm6QgiGurO24UVJ/l5gWED8gaB8uk4E4eDvuHVYG5&#10;tjN/0HQJjYgQ9jkqaEMYcyl93ZJBn9iROHo36wyGKF0jtcM5ws0gd2maSYMdx4UWRzq3VPeXL6PA&#10;DFTqXnPvqvdr/5R9n8rKn5R6XC/HVxCBlvAf/mu/aQW77Bl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xy8cMAAADcAAAADwAAAAAAAAAAAAAAAACYAgAAZHJzL2Rv&#10;d25yZXYueG1sUEsFBgAAAAAEAAQA9QAAAIgDAAAAAA==&#10;" fillcolor="#943634 [2405]" stroked="f">
                <v:textbox>
                  <w:txbxContent>
                    <w:p w:rsidR="00A5497F" w:rsidRDefault="00A5497F">
                      <w:pPr>
                        <w:pStyle w:val="Footer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Page </w:t>
                      </w: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92BF0" w:rsidRPr="00092BF0">
                        <w:rPr>
                          <w:rFonts w:hint="eastAsia"/>
                          <w:noProof/>
                          <w:color w:val="FFFFFF" w:themeColor="background1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29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1URcEA&#10;AADcAAAADwAAAGRycy9kb3ducmV2LnhtbERPz2vCMBS+C/sfwhvsZtMJK9I1SjcUdipMhW23R/OW&#10;FJuX0kTb/ffLQfD48f2utrPrxZXG0HlW8JzlIIhbrzs2Ck7H/XINIkRkjb1nUvBHAbabh0WFpfYT&#10;f9L1EI1IIRxKVGBjHEopQ2vJYcj8QJy4Xz86jAmORuoRpxTuernK80I67Dg1WBzo3VJ7Plycgt3w&#10;09QvJsj6K9rvs3+b9rYxSj09zvUriEhzvItv7g+tYFWktelMO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VEXBAAAA3AAAAA8AAAAAAAAAAAAAAAAAmAIAAGRycy9kb3du&#10;cmV2LnhtbFBLBQYAAAAABAAEAPUAAACGAwAAAAA=&#10;" filled="f"/>
              <w10:wrap type="topAndBottom" anchorx="page" anchory="line"/>
            </v:group>
          </w:pict>
        </mc:Fallback>
      </mc:AlternateContent>
    </w:r>
  </w:p>
  <w:p w:rsidR="00A5497F" w:rsidRDefault="00A549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46" w:rsidRDefault="00197546" w:rsidP="00A5497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97546" w:rsidRDefault="00197546" w:rsidP="00A5497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582D"/>
    <w:rsid w:val="00092BF0"/>
    <w:rsid w:val="000E41F8"/>
    <w:rsid w:val="0015074B"/>
    <w:rsid w:val="00155521"/>
    <w:rsid w:val="00184611"/>
    <w:rsid w:val="00197546"/>
    <w:rsid w:val="0029639D"/>
    <w:rsid w:val="00326F90"/>
    <w:rsid w:val="004D7C27"/>
    <w:rsid w:val="007A7949"/>
    <w:rsid w:val="008E427C"/>
    <w:rsid w:val="009A3AEB"/>
    <w:rsid w:val="00A5497F"/>
    <w:rsid w:val="00AA1D8D"/>
    <w:rsid w:val="00AC49FD"/>
    <w:rsid w:val="00AC7BDF"/>
    <w:rsid w:val="00B47730"/>
    <w:rsid w:val="00CB0664"/>
    <w:rsid w:val="00D50297"/>
    <w:rsid w:val="00DA33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5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5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dgboom.com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48A381-26A5-4C8E-BCF4-0A8F6FCA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10</cp:revision>
  <dcterms:created xsi:type="dcterms:W3CDTF">2013-12-23T23:15:00Z</dcterms:created>
  <dcterms:modified xsi:type="dcterms:W3CDTF">2026-08-09T12:39:00Z</dcterms:modified>
  <cp:category/>
</cp:coreProperties>
</file>